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9C7344" w14:textId="77777777" w:rsidR="00C85703" w:rsidRDefault="00000000" w:rsidP="009D0824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2B0492F2" wp14:editId="5593F759">
            <wp:extent cx="1059256" cy="10571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F-detouré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5472" cy="106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CE6F" w14:textId="77777777" w:rsidR="00871C0B" w:rsidRDefault="00871C0B" w:rsidP="009D0824">
      <w:pPr>
        <w:spacing w:after="0" w:line="360" w:lineRule="auto"/>
        <w:jc w:val="center"/>
      </w:pPr>
    </w:p>
    <w:p w14:paraId="3834335B" w14:textId="574605AE" w:rsidR="004E4496" w:rsidRDefault="00E072E7" w:rsidP="004E4496">
      <w:pPr>
        <w:pStyle w:val="Titre1"/>
        <w:spacing w:before="0"/>
        <w:jc w:val="center"/>
      </w:pPr>
      <w:r>
        <w:t>AUTORISATION PARENTALE</w:t>
      </w:r>
    </w:p>
    <w:p w14:paraId="1A4C5B0E" w14:textId="354C38E6" w:rsidR="004E4496" w:rsidRDefault="00000000" w:rsidP="00871C0B">
      <w:pPr>
        <w:pStyle w:val="Titre1"/>
        <w:spacing w:before="0" w:line="480" w:lineRule="auto"/>
        <w:jc w:val="center"/>
      </w:pPr>
      <w:r>
        <w:t>Déplacement Sportif de Mineurs</w:t>
      </w:r>
    </w:p>
    <w:p w14:paraId="3D85D57F" w14:textId="45A306E5" w:rsidR="00C85703" w:rsidRDefault="00000000" w:rsidP="00871C0B">
      <w:pPr>
        <w:pStyle w:val="Citationintense"/>
        <w:spacing w:before="0" w:after="0" w:line="480" w:lineRule="auto"/>
        <w:jc w:val="center"/>
        <w:rPr>
          <w:sz w:val="28"/>
          <w:szCs w:val="28"/>
        </w:rPr>
      </w:pPr>
      <w:r w:rsidRPr="004E4496">
        <w:rPr>
          <w:sz w:val="28"/>
          <w:szCs w:val="28"/>
        </w:rPr>
        <w:t xml:space="preserve">Cercle des Nageurs du </w:t>
      </w:r>
      <w:proofErr w:type="spellStart"/>
      <w:r w:rsidRPr="004E4496">
        <w:rPr>
          <w:sz w:val="28"/>
          <w:szCs w:val="28"/>
        </w:rPr>
        <w:t>Fiumorbu</w:t>
      </w:r>
      <w:proofErr w:type="spellEnd"/>
    </w:p>
    <w:p w14:paraId="4E5F96B1" w14:textId="77777777" w:rsidR="004E4496" w:rsidRPr="004E4496" w:rsidRDefault="004E4496" w:rsidP="00871C0B">
      <w:pPr>
        <w:spacing w:after="0" w:line="360" w:lineRule="auto"/>
      </w:pPr>
    </w:p>
    <w:p w14:paraId="525C3FFA" w14:textId="77777777" w:rsidR="00C85703" w:rsidRDefault="00000000" w:rsidP="00871C0B">
      <w:pPr>
        <w:pStyle w:val="Titre2"/>
        <w:spacing w:before="0" w:line="360" w:lineRule="auto"/>
      </w:pPr>
      <w:r>
        <w:rPr>
          <w:color w:val="003B8E"/>
        </w:rPr>
        <w:t>1. IDENTITÉ DU NAGEUR</w:t>
      </w:r>
    </w:p>
    <w:p w14:paraId="7C8FF0CB" w14:textId="77738E95" w:rsidR="004E4496" w:rsidRDefault="00000000" w:rsidP="00871C0B">
      <w:pPr>
        <w:spacing w:after="0" w:line="360" w:lineRule="auto"/>
      </w:pPr>
      <w:r>
        <w:t>Nom</w:t>
      </w:r>
      <w:r w:rsidR="00D46507">
        <w:t> :</w:t>
      </w:r>
    </w:p>
    <w:p w14:paraId="0AF31964" w14:textId="59D2C4C3" w:rsidR="004E4496" w:rsidRDefault="00000000" w:rsidP="00871C0B">
      <w:pPr>
        <w:spacing w:after="0" w:line="360" w:lineRule="auto"/>
      </w:pPr>
      <w:r>
        <w:t>Prénom</w:t>
      </w:r>
      <w:r w:rsidR="00D46507">
        <w:t> :</w:t>
      </w:r>
    </w:p>
    <w:p w14:paraId="380F47AA" w14:textId="09C99F82" w:rsidR="00C85703" w:rsidRDefault="00000000" w:rsidP="00871C0B">
      <w:pPr>
        <w:spacing w:after="0" w:line="360" w:lineRule="auto"/>
      </w:pPr>
      <w:r>
        <w:t>Licence FFN</w:t>
      </w:r>
      <w:r w:rsidR="00D46507">
        <w:t> :</w:t>
      </w:r>
    </w:p>
    <w:p w14:paraId="3D3D2989" w14:textId="77777777" w:rsidR="00C85703" w:rsidRDefault="00000000" w:rsidP="00871C0B">
      <w:pPr>
        <w:pStyle w:val="Titre2"/>
        <w:spacing w:before="0" w:line="360" w:lineRule="auto"/>
      </w:pPr>
      <w:r>
        <w:rPr>
          <w:color w:val="003B8E"/>
        </w:rPr>
        <w:t>2. RESPONSABLES LÉGAUX</w:t>
      </w:r>
    </w:p>
    <w:p w14:paraId="4CC802D1" w14:textId="0192B517" w:rsidR="004E4496" w:rsidRDefault="00000000" w:rsidP="00871C0B">
      <w:pPr>
        <w:spacing w:after="0" w:line="360" w:lineRule="auto"/>
      </w:pPr>
      <w:r>
        <w:t>Responsable 1</w:t>
      </w:r>
      <w:r w:rsidR="00D46507">
        <w:t> :</w:t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ab/>
        <w:t>Responsable 2 :</w:t>
      </w:r>
    </w:p>
    <w:p w14:paraId="466F4816" w14:textId="3454C6E4" w:rsidR="00372179" w:rsidRDefault="00000000" w:rsidP="00871C0B">
      <w:pPr>
        <w:spacing w:after="0" w:line="360" w:lineRule="auto"/>
      </w:pPr>
      <w:r>
        <w:t>Téléphone</w:t>
      </w:r>
      <w:r w:rsidR="00D46507">
        <w:t> :</w:t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ab/>
      </w:r>
      <w:r w:rsidR="009D0824">
        <w:tab/>
        <w:t>Téléphone :</w:t>
      </w:r>
    </w:p>
    <w:p w14:paraId="359159C8" w14:textId="083BB7E2" w:rsidR="00C85703" w:rsidRDefault="00E072E7" w:rsidP="00871C0B">
      <w:pPr>
        <w:pStyle w:val="Titre2"/>
        <w:spacing w:before="0" w:line="360" w:lineRule="auto"/>
      </w:pPr>
      <w:r>
        <w:rPr>
          <w:color w:val="003B8E"/>
        </w:rPr>
        <w:t>3</w:t>
      </w:r>
      <w:r w:rsidR="00000000">
        <w:rPr>
          <w:color w:val="003B8E"/>
        </w:rPr>
        <w:t>. AUTORISATION</w:t>
      </w:r>
    </w:p>
    <w:p w14:paraId="0F3B4C10" w14:textId="723D440D" w:rsidR="00871C0B" w:rsidRPr="00871C0B" w:rsidRDefault="00000000" w:rsidP="00871C0B">
      <w:pPr>
        <w:spacing w:after="0" w:line="360" w:lineRule="auto"/>
        <w:jc w:val="both"/>
      </w:pPr>
      <w:r>
        <w:t xml:space="preserve">J'autorise </w:t>
      </w:r>
      <w:r w:rsidR="00871C0B" w:rsidRPr="00871C0B">
        <w:t xml:space="preserve">l’entraîneur ou un membre du </w:t>
      </w:r>
      <w:r w:rsidR="00871C0B">
        <w:t>CNF</w:t>
      </w:r>
      <w:r w:rsidR="00871C0B" w:rsidRPr="00871C0B">
        <w:t xml:space="preserve"> à </w:t>
      </w:r>
      <w:r w:rsidR="00871C0B">
        <w:t>accompagner</w:t>
      </w:r>
      <w:r w:rsidR="00871C0B" w:rsidRPr="00871C0B">
        <w:t xml:space="preserve"> mon enfant sur les lieux des compétitions, stages ou autres manifestations</w:t>
      </w:r>
      <w:r w:rsidR="00871C0B">
        <w:t xml:space="preserve">, </w:t>
      </w:r>
      <w:r w:rsidR="00871C0B" w:rsidRPr="00871C0B">
        <w:t xml:space="preserve">dans le cas où je ne pourrais pas l’accompagner </w:t>
      </w:r>
      <w:r w:rsidR="00871C0B">
        <w:t>moi-même.</w:t>
      </w:r>
    </w:p>
    <w:p w14:paraId="78965509" w14:textId="77777777" w:rsidR="004E4496" w:rsidRDefault="004E4496" w:rsidP="00871C0B">
      <w:pPr>
        <w:spacing w:after="0" w:line="360" w:lineRule="auto"/>
      </w:pPr>
    </w:p>
    <w:p w14:paraId="1A34BA9C" w14:textId="77777777" w:rsidR="00871C0B" w:rsidRDefault="00871C0B" w:rsidP="00871C0B">
      <w:pPr>
        <w:spacing w:after="0" w:line="360" w:lineRule="auto"/>
      </w:pPr>
    </w:p>
    <w:p w14:paraId="5456FCF3" w14:textId="260B2670" w:rsidR="004E4496" w:rsidRDefault="00000000" w:rsidP="00871C0B">
      <w:pPr>
        <w:spacing w:after="0" w:line="360" w:lineRule="auto"/>
      </w:pPr>
      <w:r>
        <w:t>Date</w:t>
      </w:r>
      <w:r w:rsidR="00637CD3">
        <w:t> :</w:t>
      </w:r>
    </w:p>
    <w:p w14:paraId="4EC7BBA4" w14:textId="77777777" w:rsidR="00871C0B" w:rsidRDefault="00871C0B" w:rsidP="00871C0B">
      <w:pPr>
        <w:spacing w:after="0" w:line="360" w:lineRule="auto"/>
      </w:pPr>
    </w:p>
    <w:p w14:paraId="408AE1C8" w14:textId="2A0BB1ED" w:rsidR="00C85703" w:rsidRDefault="00637CD3" w:rsidP="00871C0B">
      <w:pPr>
        <w:spacing w:after="0" w:line="360" w:lineRule="auto"/>
      </w:pPr>
      <w:r>
        <w:t>Signature précédée de la mention « lu et approuvé » :</w:t>
      </w:r>
    </w:p>
    <w:sectPr w:rsidR="00C85703" w:rsidSect="009D0824">
      <w:pgSz w:w="12240" w:h="15840"/>
      <w:pgMar w:top="737" w:right="1134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7927296">
    <w:abstractNumId w:val="8"/>
  </w:num>
  <w:num w:numId="2" w16cid:durableId="1175539833">
    <w:abstractNumId w:val="6"/>
  </w:num>
  <w:num w:numId="3" w16cid:durableId="1981491667">
    <w:abstractNumId w:val="5"/>
  </w:num>
  <w:num w:numId="4" w16cid:durableId="1616477325">
    <w:abstractNumId w:val="4"/>
  </w:num>
  <w:num w:numId="5" w16cid:durableId="268322501">
    <w:abstractNumId w:val="7"/>
  </w:num>
  <w:num w:numId="6" w16cid:durableId="788007882">
    <w:abstractNumId w:val="3"/>
  </w:num>
  <w:num w:numId="7" w16cid:durableId="1568833244">
    <w:abstractNumId w:val="2"/>
  </w:num>
  <w:num w:numId="8" w16cid:durableId="313989662">
    <w:abstractNumId w:val="1"/>
  </w:num>
  <w:num w:numId="9" w16cid:durableId="20865366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2179"/>
    <w:rsid w:val="00431647"/>
    <w:rsid w:val="004E4496"/>
    <w:rsid w:val="00637CD3"/>
    <w:rsid w:val="00871C0B"/>
    <w:rsid w:val="009D0824"/>
    <w:rsid w:val="00AA1D8D"/>
    <w:rsid w:val="00AC6D37"/>
    <w:rsid w:val="00B47730"/>
    <w:rsid w:val="00B47EA9"/>
    <w:rsid w:val="00B72CD8"/>
    <w:rsid w:val="00BD2CDC"/>
    <w:rsid w:val="00C85703"/>
    <w:rsid w:val="00CB0664"/>
    <w:rsid w:val="00D46507"/>
    <w:rsid w:val="00E072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81746"/>
  <w14:defaultImageDpi w14:val="300"/>
  <w15:docId w15:val="{BC9C1790-5D19-C947-B857-A4F343EA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420</Characters>
  <Application>Microsoft Office Word</Application>
  <DocSecurity>0</DocSecurity>
  <Lines>35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 .</cp:lastModifiedBy>
  <cp:revision>3</cp:revision>
  <cp:lastPrinted>2026-07-20T13:40:00Z</cp:lastPrinted>
  <dcterms:created xsi:type="dcterms:W3CDTF">2026-07-20T13:46:00Z</dcterms:created>
  <dcterms:modified xsi:type="dcterms:W3CDTF">2026-07-20T14:01:00Z</dcterms:modified>
  <cp:category/>
</cp:coreProperties>
</file>