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9C7344" w14:textId="77777777" w:rsidR="00C85703" w:rsidRDefault="00000000" w:rsidP="009D0824">
      <w:pPr>
        <w:spacing w:after="0" w:line="360" w:lineRule="auto"/>
        <w:jc w:val="center"/>
      </w:pPr>
      <w:r>
        <w:rPr>
          <w:noProof/>
        </w:rPr>
        <w:drawing>
          <wp:inline distT="0" distB="0" distL="0" distR="0" wp14:anchorId="2B0492F2" wp14:editId="5593F759">
            <wp:extent cx="1059256" cy="105713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F-detouré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5472" cy="1063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4335B" w14:textId="77777777" w:rsidR="004E4496" w:rsidRDefault="00000000" w:rsidP="004E4496">
      <w:pPr>
        <w:pStyle w:val="Titre1"/>
        <w:spacing w:before="0"/>
        <w:jc w:val="center"/>
      </w:pPr>
      <w:r>
        <w:t>FICHE DE LIAISON MÉDICALE</w:t>
      </w:r>
    </w:p>
    <w:p w14:paraId="1A4C5B0E" w14:textId="354C38E6" w:rsidR="004E4496" w:rsidRDefault="00000000" w:rsidP="004E4496">
      <w:pPr>
        <w:pStyle w:val="Titre1"/>
        <w:spacing w:before="0" w:line="360" w:lineRule="auto"/>
        <w:jc w:val="center"/>
      </w:pPr>
      <w:r>
        <w:t>Déplacement Sportif de Mineurs</w:t>
      </w:r>
    </w:p>
    <w:p w14:paraId="3D85D57F" w14:textId="45A306E5" w:rsidR="00C85703" w:rsidRDefault="00000000" w:rsidP="004E4496">
      <w:pPr>
        <w:pStyle w:val="Citationintense"/>
        <w:spacing w:before="0" w:after="0" w:line="360" w:lineRule="auto"/>
        <w:jc w:val="center"/>
        <w:rPr>
          <w:sz w:val="28"/>
          <w:szCs w:val="28"/>
        </w:rPr>
      </w:pPr>
      <w:r w:rsidRPr="004E4496">
        <w:rPr>
          <w:sz w:val="28"/>
          <w:szCs w:val="28"/>
        </w:rPr>
        <w:t xml:space="preserve">Cercle des Nageurs du </w:t>
      </w:r>
      <w:proofErr w:type="spellStart"/>
      <w:r w:rsidRPr="004E4496">
        <w:rPr>
          <w:sz w:val="28"/>
          <w:szCs w:val="28"/>
        </w:rPr>
        <w:t>Fiumorbu</w:t>
      </w:r>
      <w:proofErr w:type="spellEnd"/>
    </w:p>
    <w:p w14:paraId="4E5F96B1" w14:textId="77777777" w:rsidR="004E4496" w:rsidRPr="004E4496" w:rsidRDefault="004E4496" w:rsidP="004E4496">
      <w:pPr>
        <w:spacing w:after="0" w:line="240" w:lineRule="auto"/>
      </w:pPr>
    </w:p>
    <w:p w14:paraId="525C3FFA" w14:textId="77777777" w:rsidR="00C85703" w:rsidRDefault="00000000" w:rsidP="00D46507">
      <w:pPr>
        <w:pStyle w:val="Titre2"/>
        <w:spacing w:before="0"/>
      </w:pPr>
      <w:r>
        <w:rPr>
          <w:color w:val="003B8E"/>
        </w:rPr>
        <w:t>1. IDENTITÉ DU NAGEUR</w:t>
      </w:r>
    </w:p>
    <w:p w14:paraId="7C8FF0CB" w14:textId="77738E95" w:rsidR="004E4496" w:rsidRDefault="00000000" w:rsidP="004E4496">
      <w:pPr>
        <w:spacing w:after="0"/>
      </w:pPr>
      <w:r>
        <w:t>Nom</w:t>
      </w:r>
      <w:r w:rsidR="00D46507">
        <w:t> :</w:t>
      </w:r>
    </w:p>
    <w:p w14:paraId="0AF31964" w14:textId="59D2C4C3" w:rsidR="004E4496" w:rsidRDefault="00000000" w:rsidP="004E4496">
      <w:pPr>
        <w:spacing w:after="0"/>
      </w:pPr>
      <w:r>
        <w:t>Prénom</w:t>
      </w:r>
      <w:r w:rsidR="00D46507">
        <w:t> :</w:t>
      </w:r>
    </w:p>
    <w:p w14:paraId="4B99D718" w14:textId="2E5AD04D" w:rsidR="004E4496" w:rsidRDefault="00000000" w:rsidP="004E4496">
      <w:pPr>
        <w:spacing w:after="0"/>
      </w:pPr>
      <w:r>
        <w:t>Date de naissance</w:t>
      </w:r>
      <w:r w:rsidR="00D46507">
        <w:t> :</w:t>
      </w:r>
    </w:p>
    <w:p w14:paraId="380F47AA" w14:textId="09C99F82" w:rsidR="00C85703" w:rsidRDefault="00000000" w:rsidP="00D46507">
      <w:pPr>
        <w:spacing w:after="0"/>
      </w:pPr>
      <w:r>
        <w:t>Licence FFN</w:t>
      </w:r>
      <w:r w:rsidR="00D46507">
        <w:t> :</w:t>
      </w:r>
    </w:p>
    <w:p w14:paraId="3DC371FB" w14:textId="4571D816" w:rsidR="00D46507" w:rsidRDefault="00D46507" w:rsidP="00D46507">
      <w:pPr>
        <w:spacing w:after="0"/>
      </w:pPr>
      <w:r>
        <w:t>N° de sécurité sociale :</w:t>
      </w:r>
    </w:p>
    <w:p w14:paraId="6A3D36F4" w14:textId="67792C3F" w:rsidR="00D46507" w:rsidRDefault="00D46507" w:rsidP="004E4496">
      <w:pPr>
        <w:spacing w:after="0" w:line="360" w:lineRule="auto"/>
      </w:pPr>
      <w:r>
        <w:t>Mutuelle :</w:t>
      </w:r>
      <w:r>
        <w:tab/>
      </w:r>
      <w:r>
        <w:tab/>
      </w:r>
      <w:r>
        <w:tab/>
      </w:r>
      <w:r>
        <w:tab/>
      </w:r>
      <w:r w:rsidR="00B72CD8">
        <w:tab/>
      </w:r>
      <w:r w:rsidR="00B72CD8">
        <w:tab/>
      </w:r>
      <w:r>
        <w:t>N° adhérent :</w:t>
      </w:r>
    </w:p>
    <w:p w14:paraId="3D3D2989" w14:textId="77777777" w:rsidR="00C85703" w:rsidRDefault="00000000" w:rsidP="00D46507">
      <w:pPr>
        <w:pStyle w:val="Titre2"/>
        <w:spacing w:before="0"/>
      </w:pPr>
      <w:r>
        <w:rPr>
          <w:color w:val="003B8E"/>
        </w:rPr>
        <w:t>2. RESPONSABLES LÉGAUX</w:t>
      </w:r>
    </w:p>
    <w:p w14:paraId="4CC802D1" w14:textId="0192B517" w:rsidR="004E4496" w:rsidRDefault="00000000" w:rsidP="004E4496">
      <w:pPr>
        <w:spacing w:after="0"/>
      </w:pPr>
      <w:r>
        <w:t>Responsable 1</w:t>
      </w:r>
      <w:r w:rsidR="00D46507">
        <w:t> :</w:t>
      </w:r>
      <w:r w:rsidR="009D0824">
        <w:tab/>
      </w:r>
      <w:r w:rsidR="009D0824">
        <w:tab/>
      </w:r>
      <w:r w:rsidR="009D0824">
        <w:tab/>
      </w:r>
      <w:r w:rsidR="009D0824">
        <w:tab/>
      </w:r>
      <w:r w:rsidR="009D0824">
        <w:tab/>
      </w:r>
      <w:r w:rsidR="009D0824">
        <w:t>Responsable 2 :</w:t>
      </w:r>
    </w:p>
    <w:p w14:paraId="411D3915" w14:textId="7439D479" w:rsidR="004E4496" w:rsidRDefault="00000000" w:rsidP="009D0824">
      <w:pPr>
        <w:spacing w:after="0" w:line="360" w:lineRule="auto"/>
      </w:pPr>
      <w:r>
        <w:t>Téléphone</w:t>
      </w:r>
      <w:r w:rsidR="00D46507">
        <w:t> :</w:t>
      </w:r>
      <w:r w:rsidR="009D0824">
        <w:tab/>
      </w:r>
      <w:r w:rsidR="009D0824">
        <w:tab/>
      </w:r>
      <w:r w:rsidR="009D0824">
        <w:tab/>
      </w:r>
      <w:r w:rsidR="009D0824">
        <w:tab/>
      </w:r>
      <w:r w:rsidR="009D0824">
        <w:tab/>
      </w:r>
      <w:r w:rsidR="009D0824">
        <w:tab/>
      </w:r>
      <w:r w:rsidR="009D0824">
        <w:t>Téléphone :</w:t>
      </w:r>
    </w:p>
    <w:p w14:paraId="3FB7EC0A" w14:textId="77777777" w:rsidR="00C85703" w:rsidRPr="004E4496" w:rsidRDefault="00000000" w:rsidP="004E4496">
      <w:pPr>
        <w:pStyle w:val="Titre2"/>
        <w:spacing w:before="0"/>
      </w:pPr>
      <w:r>
        <w:rPr>
          <w:color w:val="003B8E"/>
        </w:rPr>
        <w:t>3. PERSONNE À PRÉVENIR</w:t>
      </w:r>
    </w:p>
    <w:p w14:paraId="00808B7C" w14:textId="6BBA85D0" w:rsidR="004E4496" w:rsidRDefault="00000000" w:rsidP="004E4496">
      <w:pPr>
        <w:spacing w:after="0"/>
      </w:pPr>
      <w:r>
        <w:t>Nom</w:t>
      </w:r>
      <w:r w:rsidR="00D46507">
        <w:t> :</w:t>
      </w:r>
    </w:p>
    <w:p w14:paraId="1F8F5F74" w14:textId="6C18EE3D" w:rsidR="004E4496" w:rsidRDefault="00000000" w:rsidP="004E4496">
      <w:pPr>
        <w:spacing w:after="0"/>
      </w:pPr>
      <w:r>
        <w:t>Lien</w:t>
      </w:r>
      <w:r w:rsidR="00D46507">
        <w:t> :</w:t>
      </w:r>
    </w:p>
    <w:p w14:paraId="0DE71A45" w14:textId="067E20D7" w:rsidR="00C85703" w:rsidRDefault="00000000" w:rsidP="004E4496">
      <w:pPr>
        <w:spacing w:after="0" w:line="360" w:lineRule="auto"/>
      </w:pPr>
      <w:r>
        <w:t>Téléphone</w:t>
      </w:r>
      <w:r w:rsidR="00D46507">
        <w:t> :</w:t>
      </w:r>
    </w:p>
    <w:p w14:paraId="75E78C59" w14:textId="77777777" w:rsidR="00C85703" w:rsidRDefault="00000000" w:rsidP="004E4496">
      <w:pPr>
        <w:pStyle w:val="Titre2"/>
        <w:spacing w:before="0"/>
      </w:pPr>
      <w:r>
        <w:rPr>
          <w:color w:val="003B8E"/>
        </w:rPr>
        <w:t>4. RENSEIGNEMENTS MÉDICAUX</w:t>
      </w:r>
    </w:p>
    <w:p w14:paraId="1EBB2C9A" w14:textId="0AD21BE0" w:rsidR="004E4496" w:rsidRDefault="00000000" w:rsidP="004E4496">
      <w:pPr>
        <w:spacing w:after="0"/>
      </w:pPr>
      <w:r>
        <w:t>Médecin traitant</w:t>
      </w:r>
      <w:r w:rsidR="00D46507">
        <w:t> :</w:t>
      </w:r>
    </w:p>
    <w:p w14:paraId="4D4A4893" w14:textId="36D0D752" w:rsidR="004E4496" w:rsidRDefault="00000000" w:rsidP="004E4496">
      <w:pPr>
        <w:spacing w:after="0"/>
      </w:pPr>
      <w:r>
        <w:t>Allergies</w:t>
      </w:r>
      <w:r w:rsidR="00D46507">
        <w:t> :</w:t>
      </w:r>
    </w:p>
    <w:p w14:paraId="4F0036E1" w14:textId="59EB84F8" w:rsidR="00C85703" w:rsidRDefault="00000000" w:rsidP="00431647">
      <w:pPr>
        <w:spacing w:after="0" w:line="360" w:lineRule="auto"/>
      </w:pPr>
      <w:r>
        <w:t>Antécédents</w:t>
      </w:r>
      <w:r w:rsidR="00D46507">
        <w:t> :</w:t>
      </w:r>
      <w:r w:rsidR="00431647">
        <w:tab/>
      </w:r>
      <w:r>
        <w:t xml:space="preserve">Asthme ☐ </w:t>
      </w:r>
      <w:r w:rsidR="00D46507">
        <w:tab/>
      </w:r>
      <w:r>
        <w:t xml:space="preserve">Diabète ☐ </w:t>
      </w:r>
      <w:r w:rsidR="00D46507">
        <w:tab/>
      </w:r>
      <w:r>
        <w:t>Épilepsie ☐</w:t>
      </w:r>
    </w:p>
    <w:p w14:paraId="56463C04" w14:textId="60E360D0" w:rsidR="00C85703" w:rsidRDefault="00000000" w:rsidP="00D46507">
      <w:pPr>
        <w:pStyle w:val="Titre2"/>
        <w:spacing w:before="0"/>
      </w:pPr>
      <w:r>
        <w:rPr>
          <w:color w:val="003B8E"/>
        </w:rPr>
        <w:t>5. TRAITEMENTS</w:t>
      </w:r>
    </w:p>
    <w:p w14:paraId="5F793CF8" w14:textId="4FA5DC56" w:rsidR="00C85703" w:rsidRDefault="00000000" w:rsidP="004E4496">
      <w:pPr>
        <w:spacing w:after="0" w:line="360" w:lineRule="auto"/>
      </w:pPr>
      <w:r>
        <w:t>Médicament | Dose | Horaire | Observations</w:t>
      </w:r>
    </w:p>
    <w:p w14:paraId="466F4816" w14:textId="77777777" w:rsidR="00372179" w:rsidRDefault="00372179" w:rsidP="004E4496">
      <w:pPr>
        <w:spacing w:after="0" w:line="360" w:lineRule="auto"/>
      </w:pPr>
    </w:p>
    <w:p w14:paraId="4924D5ED" w14:textId="77777777" w:rsidR="00C85703" w:rsidRDefault="00000000" w:rsidP="004E4496">
      <w:pPr>
        <w:pStyle w:val="Titre2"/>
        <w:spacing w:before="0"/>
      </w:pPr>
      <w:r>
        <w:rPr>
          <w:color w:val="003B8E"/>
        </w:rPr>
        <w:t>6. DOCUMENTS</w:t>
      </w:r>
    </w:p>
    <w:p w14:paraId="252FCB27" w14:textId="54AFFE8F" w:rsidR="00C85703" w:rsidRDefault="00000000" w:rsidP="004E4496">
      <w:pPr>
        <w:spacing w:after="0" w:line="360" w:lineRule="auto"/>
      </w:pPr>
      <w:r>
        <w:t xml:space="preserve">☐ Carte </w:t>
      </w:r>
      <w:r w:rsidR="004E4496">
        <w:t>Vitale</w:t>
      </w:r>
      <w:r w:rsidR="00D46507">
        <w:tab/>
      </w:r>
      <w:r w:rsidR="004E4496">
        <w:tab/>
      </w:r>
      <w:r w:rsidR="004E4496">
        <w:rPr>
          <w:rFonts w:ascii="Segoe UI Symbol" w:hAnsi="Segoe UI Symbol" w:cs="Segoe UI Symbol"/>
        </w:rPr>
        <w:t>☐</w:t>
      </w:r>
      <w:r>
        <w:t xml:space="preserve"> </w:t>
      </w:r>
      <w:r w:rsidR="004E4496">
        <w:t>Mutuelle</w:t>
      </w:r>
      <w:r w:rsidR="00D46507">
        <w:tab/>
      </w:r>
      <w:r w:rsidR="004E4496">
        <w:tab/>
      </w:r>
      <w:r w:rsidR="004E4496">
        <w:rPr>
          <w:rFonts w:ascii="Segoe UI Symbol" w:hAnsi="Segoe UI Symbol" w:cs="Segoe UI Symbol"/>
        </w:rPr>
        <w:t>☐</w:t>
      </w:r>
      <w:r>
        <w:t xml:space="preserve"> </w:t>
      </w:r>
      <w:r w:rsidR="004E4496">
        <w:t>Ordonnance</w:t>
      </w:r>
      <w:r w:rsidR="004E4496">
        <w:tab/>
      </w:r>
      <w:r w:rsidR="004E4496">
        <w:tab/>
      </w:r>
      <w:r w:rsidR="004E4496">
        <w:rPr>
          <w:rFonts w:ascii="Segoe UI Symbol" w:hAnsi="Segoe UI Symbol" w:cs="Segoe UI Symbol"/>
        </w:rPr>
        <w:t>☐</w:t>
      </w:r>
      <w:r>
        <w:t xml:space="preserve"> Médicaments</w:t>
      </w:r>
    </w:p>
    <w:p w14:paraId="359159C8" w14:textId="77777777" w:rsidR="00C85703" w:rsidRDefault="00000000" w:rsidP="004E4496">
      <w:pPr>
        <w:pStyle w:val="Titre2"/>
        <w:spacing w:before="0"/>
      </w:pPr>
      <w:r>
        <w:rPr>
          <w:color w:val="003B8E"/>
        </w:rPr>
        <w:t>7. AUTORISATION</w:t>
      </w:r>
    </w:p>
    <w:p w14:paraId="663662F2" w14:textId="4F7EBF8C" w:rsidR="004E4496" w:rsidRDefault="00000000" w:rsidP="00372179">
      <w:pPr>
        <w:spacing w:after="0"/>
        <w:jc w:val="both"/>
      </w:pPr>
      <w:r>
        <w:t>J'autorise les responsables du CNF à prendre toutes les mesures médicales nécessaires en cas d'urgence, y compris l'hospitalisation si je ne peux être joint.</w:t>
      </w:r>
    </w:p>
    <w:p w14:paraId="78965509" w14:textId="77777777" w:rsidR="004E4496" w:rsidRDefault="004E4496" w:rsidP="004E4496">
      <w:pPr>
        <w:spacing w:after="0"/>
      </w:pPr>
    </w:p>
    <w:p w14:paraId="5456FCF3" w14:textId="260B2670" w:rsidR="004E4496" w:rsidRDefault="00000000" w:rsidP="00637CD3">
      <w:pPr>
        <w:spacing w:after="0" w:line="360" w:lineRule="auto"/>
      </w:pPr>
      <w:r>
        <w:t>Date</w:t>
      </w:r>
      <w:r w:rsidR="00637CD3">
        <w:t> :</w:t>
      </w:r>
    </w:p>
    <w:p w14:paraId="408AE1C8" w14:textId="2A0BB1ED" w:rsidR="00C85703" w:rsidRDefault="00637CD3" w:rsidP="009D0824">
      <w:pPr>
        <w:spacing w:after="0"/>
      </w:pPr>
      <w:r>
        <w:t>Signature précédée de la mention « lu et approuvé » :</w:t>
      </w:r>
    </w:p>
    <w:sectPr w:rsidR="00C85703" w:rsidSect="009D0824">
      <w:pgSz w:w="12240" w:h="15840"/>
      <w:pgMar w:top="737" w:right="1134" w:bottom="73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7927296">
    <w:abstractNumId w:val="8"/>
  </w:num>
  <w:num w:numId="2" w16cid:durableId="1175539833">
    <w:abstractNumId w:val="6"/>
  </w:num>
  <w:num w:numId="3" w16cid:durableId="1981491667">
    <w:abstractNumId w:val="5"/>
  </w:num>
  <w:num w:numId="4" w16cid:durableId="1616477325">
    <w:abstractNumId w:val="4"/>
  </w:num>
  <w:num w:numId="5" w16cid:durableId="268322501">
    <w:abstractNumId w:val="7"/>
  </w:num>
  <w:num w:numId="6" w16cid:durableId="788007882">
    <w:abstractNumId w:val="3"/>
  </w:num>
  <w:num w:numId="7" w16cid:durableId="1568833244">
    <w:abstractNumId w:val="2"/>
  </w:num>
  <w:num w:numId="8" w16cid:durableId="313989662">
    <w:abstractNumId w:val="1"/>
  </w:num>
  <w:num w:numId="9" w16cid:durableId="208653661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72179"/>
    <w:rsid w:val="00431647"/>
    <w:rsid w:val="004E4496"/>
    <w:rsid w:val="00637CD3"/>
    <w:rsid w:val="009D0824"/>
    <w:rsid w:val="00AA1D8D"/>
    <w:rsid w:val="00AC6D37"/>
    <w:rsid w:val="00B47730"/>
    <w:rsid w:val="00B47EA9"/>
    <w:rsid w:val="00B72CD8"/>
    <w:rsid w:val="00C85703"/>
    <w:rsid w:val="00CB0664"/>
    <w:rsid w:val="00D4650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A81746"/>
  <w14:defaultImageDpi w14:val="300"/>
  <w15:docId w15:val="{BC9C1790-5D19-C947-B857-A4F343EA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135</Words>
  <Characters>687</Characters>
  <Application>Microsoft Office Word</Application>
  <DocSecurity>0</DocSecurity>
  <Lines>40</Lines>
  <Paragraphs>22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 .</cp:lastModifiedBy>
  <cp:revision>8</cp:revision>
  <cp:lastPrinted>2026-07-20T13:40:00Z</cp:lastPrinted>
  <dcterms:created xsi:type="dcterms:W3CDTF">2013-12-23T23:15:00Z</dcterms:created>
  <dcterms:modified xsi:type="dcterms:W3CDTF">2026-07-20T13:45:00Z</dcterms:modified>
  <cp:category/>
</cp:coreProperties>
</file>